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7DB049" w14:textId="77777777" w:rsidR="00DC4B3C" w:rsidRPr="003E1BEF" w:rsidRDefault="00000000">
      <w:pPr>
        <w:spacing w:before="160" w:after="80"/>
        <w:jc w:val="center"/>
        <w:rPr>
          <w:lang w:val="ru-RU"/>
        </w:rPr>
      </w:pPr>
      <w:r w:rsidRPr="003E1BEF">
        <w:rPr>
          <w:b/>
          <w:color w:val="1A2B3C"/>
          <w:sz w:val="32"/>
          <w:lang w:val="ru-RU"/>
        </w:rPr>
        <w:t>ФОРМЫ ЗАПРОСОВ СУБЪЕКТОВ ПЕРСОНАЛЬНЫХ ДАННЫХ</w:t>
      </w:r>
    </w:p>
    <w:p w14:paraId="29677698" w14:textId="77777777" w:rsidR="003E1BEF" w:rsidRDefault="003E1BEF" w:rsidP="003E1BEF">
      <w:pPr>
        <w:rPr>
          <w:color w:val="666666"/>
          <w:sz w:val="22"/>
          <w:lang w:val="ru-RU"/>
        </w:rPr>
      </w:pPr>
    </w:p>
    <w:p w14:paraId="15E0DF4D" w14:textId="013D673C" w:rsidR="00DC4B3C" w:rsidRDefault="003E1BEF" w:rsidP="003E1BEF">
      <w:pPr>
        <w:ind w:firstLine="720"/>
        <w:rPr>
          <w:color w:val="666666"/>
          <w:sz w:val="22"/>
          <w:lang w:val="ru-RU"/>
        </w:rPr>
      </w:pPr>
      <w:r>
        <w:rPr>
          <w:color w:val="666666"/>
          <w:sz w:val="22"/>
          <w:lang w:val="ru-RU"/>
        </w:rPr>
        <w:t xml:space="preserve">Ниже на каждой странице приведены отдельные формы для запросов субъектов относительно </w:t>
      </w:r>
      <w:proofErr w:type="spellStart"/>
      <w:r>
        <w:rPr>
          <w:color w:val="666666"/>
          <w:sz w:val="22"/>
          <w:lang w:val="ru-RU"/>
        </w:rPr>
        <w:t>ПДн</w:t>
      </w:r>
      <w:proofErr w:type="spellEnd"/>
      <w:r>
        <w:rPr>
          <w:color w:val="666666"/>
          <w:sz w:val="22"/>
          <w:lang w:val="ru-RU"/>
        </w:rPr>
        <w:t>.</w:t>
      </w:r>
    </w:p>
    <w:p w14:paraId="51A4D96C" w14:textId="1ECABEB0" w:rsidR="003E1BEF" w:rsidRPr="003E1BEF" w:rsidRDefault="003E1BEF" w:rsidP="003E1BEF">
      <w:pPr>
        <w:ind w:firstLine="720"/>
        <w:rPr>
          <w:color w:val="666666"/>
          <w:sz w:val="22"/>
          <w:lang w:val="ru-RU"/>
        </w:rPr>
      </w:pPr>
      <w:r>
        <w:rPr>
          <w:color w:val="666666"/>
          <w:sz w:val="22"/>
          <w:lang w:val="ru-RU"/>
        </w:rPr>
        <w:t xml:space="preserve">Если запрос направляется представителем Организации или ИП, он оформляется на бланке организации/ИП, подписанный скан направляется на почту </w:t>
      </w:r>
      <w:hyperlink r:id="rId6" w:history="1">
        <w:r w:rsidRPr="00892A54">
          <w:rPr>
            <w:rStyle w:val="aff8"/>
            <w:sz w:val="22"/>
          </w:rPr>
          <w:t>info</w:t>
        </w:r>
        <w:r w:rsidRPr="00892A54">
          <w:rPr>
            <w:rStyle w:val="aff8"/>
            <w:sz w:val="22"/>
            <w:lang w:val="ru-RU"/>
          </w:rPr>
          <w:t>@</w:t>
        </w:r>
        <w:proofErr w:type="spellStart"/>
        <w:r w:rsidRPr="00892A54">
          <w:rPr>
            <w:rStyle w:val="aff8"/>
            <w:sz w:val="22"/>
          </w:rPr>
          <w:t>revator</w:t>
        </w:r>
        <w:proofErr w:type="spellEnd"/>
        <w:r w:rsidRPr="00892A54">
          <w:rPr>
            <w:rStyle w:val="aff8"/>
            <w:sz w:val="22"/>
            <w:lang w:val="ru-RU"/>
          </w:rPr>
          <w:t>.</w:t>
        </w:r>
        <w:proofErr w:type="spellStart"/>
        <w:r w:rsidRPr="00892A54">
          <w:rPr>
            <w:rStyle w:val="aff8"/>
            <w:sz w:val="22"/>
          </w:rPr>
          <w:t>ru</w:t>
        </w:r>
        <w:proofErr w:type="spellEnd"/>
      </w:hyperlink>
      <w:r w:rsidRPr="003E1BEF">
        <w:rPr>
          <w:color w:val="666666"/>
          <w:sz w:val="22"/>
          <w:lang w:val="ru-RU"/>
        </w:rPr>
        <w:t xml:space="preserve"> </w:t>
      </w:r>
      <w:r>
        <w:rPr>
          <w:color w:val="666666"/>
          <w:sz w:val="22"/>
          <w:lang w:val="ru-RU"/>
        </w:rPr>
        <w:t>или по средствам ЭДО</w:t>
      </w:r>
    </w:p>
    <w:p w14:paraId="613E0D4D" w14:textId="249132C5" w:rsidR="003E1BEF" w:rsidRDefault="003E1BEF">
      <w:pPr>
        <w:rPr>
          <w:color w:val="666666"/>
          <w:sz w:val="22"/>
          <w:lang w:val="ru-RU"/>
        </w:rPr>
      </w:pPr>
      <w:r>
        <w:rPr>
          <w:color w:val="666666"/>
          <w:sz w:val="22"/>
          <w:lang w:val="ru-RU"/>
        </w:rPr>
        <w:br w:type="page"/>
      </w:r>
    </w:p>
    <w:p w14:paraId="71556357" w14:textId="77777777" w:rsidR="003E1BEF" w:rsidRPr="003E1BEF" w:rsidRDefault="003E1BEF">
      <w:pPr>
        <w:jc w:val="center"/>
        <w:rPr>
          <w:lang w:val="ru-RU"/>
        </w:rPr>
      </w:pPr>
    </w:p>
    <w:p w14:paraId="6EE34D55" w14:textId="77777777" w:rsidR="00DC4B3C" w:rsidRPr="003E1BEF" w:rsidRDefault="00000000">
      <w:pPr>
        <w:pStyle w:val="1"/>
        <w:spacing w:before="280" w:after="140"/>
        <w:rPr>
          <w:lang w:val="ru-RU"/>
        </w:rPr>
      </w:pPr>
      <w:r w:rsidRPr="003E1BEF">
        <w:rPr>
          <w:rFonts w:ascii="Calibri" w:hAnsi="Calibri"/>
          <w:color w:val="0875E2"/>
          <w:sz w:val="30"/>
          <w:lang w:val="ru-RU"/>
        </w:rPr>
        <w:t>Форма 1. О предоставлении информации об обработке (ст. 14)</w:t>
      </w:r>
    </w:p>
    <w:p w14:paraId="16718BC4" w14:textId="77777777" w:rsid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В ООО «РЕВАТОР»</w:t>
      </w:r>
    </w:p>
    <w:p w14:paraId="211AB735" w14:textId="03B01DBD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 xml:space="preserve">140070, Московская область, </w:t>
      </w:r>
      <w:proofErr w:type="spellStart"/>
      <w:r w:rsidRPr="003E1BEF">
        <w:rPr>
          <w:lang w:val="ru-RU"/>
        </w:rPr>
        <w:t>г.о</w:t>
      </w:r>
      <w:proofErr w:type="spellEnd"/>
      <w:r w:rsidRPr="003E1BEF">
        <w:rPr>
          <w:lang w:val="ru-RU"/>
        </w:rPr>
        <w:t xml:space="preserve">. Люберцы, </w:t>
      </w:r>
      <w:proofErr w:type="spellStart"/>
      <w:r w:rsidRPr="003E1BEF">
        <w:rPr>
          <w:lang w:val="ru-RU"/>
        </w:rPr>
        <w:t>рп</w:t>
      </w:r>
      <w:proofErr w:type="spellEnd"/>
      <w:r w:rsidRPr="003E1BEF">
        <w:rPr>
          <w:lang w:val="ru-RU"/>
        </w:rPr>
        <w:t xml:space="preserve"> Томилино, ул. Гоголя, д. 39/1А, 2 этаж, офис 225</w:t>
      </w:r>
    </w:p>
    <w:p w14:paraId="18F3335D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от ______________________________________________ (ФИО полностью)</w:t>
      </w:r>
    </w:p>
    <w:p w14:paraId="450638B9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документ, удостоверяющий личность: серия ____ № __________, выдан «___» ________ ____ г. _______________________________</w:t>
      </w:r>
    </w:p>
    <w:p w14:paraId="1ABAE50E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адрес и контакты для ответа: ______________________________________________</w:t>
      </w:r>
    </w:p>
    <w:p w14:paraId="0EF20761" w14:textId="77777777" w:rsidR="00DC4B3C" w:rsidRPr="003E1BEF" w:rsidRDefault="00000000" w:rsidP="003E1BEF">
      <w:pPr>
        <w:spacing w:after="120"/>
        <w:jc w:val="right"/>
        <w:rPr>
          <w:lang w:val="ru-RU"/>
        </w:rPr>
      </w:pPr>
      <w:r w:rsidRPr="003E1BEF">
        <w:rPr>
          <w:lang w:val="ru-RU"/>
        </w:rPr>
        <w:t xml:space="preserve">сведения, подтверждающие отношения с Оператором (№ договора/заказа, период взаимодействия и </w:t>
      </w:r>
      <w:proofErr w:type="gramStart"/>
      <w:r w:rsidRPr="003E1BEF">
        <w:rPr>
          <w:lang w:val="ru-RU"/>
        </w:rPr>
        <w:t>т.п.</w:t>
      </w:r>
      <w:proofErr w:type="gramEnd"/>
      <w:r w:rsidRPr="003E1BEF">
        <w:rPr>
          <w:lang w:val="ru-RU"/>
        </w:rPr>
        <w:t>): ______________________________</w:t>
      </w:r>
    </w:p>
    <w:p w14:paraId="63672946" w14:textId="77777777" w:rsidR="003E1BEF" w:rsidRDefault="003E1BEF">
      <w:pPr>
        <w:spacing w:after="80"/>
        <w:jc w:val="center"/>
        <w:rPr>
          <w:b/>
          <w:lang w:val="ru-RU"/>
        </w:rPr>
      </w:pPr>
    </w:p>
    <w:p w14:paraId="7611DE0A" w14:textId="1D0BA935" w:rsidR="00DC4B3C" w:rsidRPr="003E1BEF" w:rsidRDefault="00000000">
      <w:pPr>
        <w:spacing w:after="80"/>
        <w:jc w:val="center"/>
        <w:rPr>
          <w:lang w:val="ru-RU"/>
        </w:rPr>
      </w:pPr>
      <w:r w:rsidRPr="003E1BEF">
        <w:rPr>
          <w:b/>
          <w:lang w:val="ru-RU"/>
        </w:rPr>
        <w:t>ЗАПРОС</w:t>
      </w:r>
    </w:p>
    <w:p w14:paraId="2680229D" w14:textId="77777777" w:rsidR="00DC4B3C" w:rsidRPr="003E1BEF" w:rsidRDefault="00000000">
      <w:pPr>
        <w:spacing w:after="160"/>
        <w:jc w:val="both"/>
        <w:rPr>
          <w:lang w:val="ru-RU"/>
        </w:rPr>
      </w:pPr>
      <w:r w:rsidRPr="003E1BEF">
        <w:rPr>
          <w:lang w:val="ru-RU"/>
        </w:rPr>
        <w:t>Прошу предоставить сведения, предусмотренные ч. 7 ст. 14 152-ФЗ, об обработке моих персональных данных: подтверждение факта обработки, цели и правовые основания, перечень данных и источник получения, сроки обработки и хранения, сведения о лицах, которым данные передаются или поручена их обработка, сведения об осуществлённой или предполагаемой трансграничной передаче.</w:t>
      </w:r>
    </w:p>
    <w:p w14:paraId="1CBCB9FA" w14:textId="77777777" w:rsidR="00DC4B3C" w:rsidRDefault="00000000">
      <w:pPr>
        <w:spacing w:after="240"/>
        <w:jc w:val="both"/>
        <w:rPr>
          <w:lang w:val="ru-RU"/>
        </w:rPr>
      </w:pPr>
      <w:r w:rsidRPr="003E1BEF">
        <w:rPr>
          <w:lang w:val="ru-RU"/>
        </w:rPr>
        <w:t>«___» __________ 20___ г.        __________________ / __________________</w:t>
      </w:r>
    </w:p>
    <w:p w14:paraId="364857C3" w14:textId="105BA909" w:rsidR="003E1BEF" w:rsidRDefault="003E1BEF">
      <w:pPr>
        <w:rPr>
          <w:lang w:val="ru-RU"/>
        </w:rPr>
      </w:pPr>
      <w:r>
        <w:rPr>
          <w:lang w:val="ru-RU"/>
        </w:rPr>
        <w:br w:type="page"/>
      </w:r>
    </w:p>
    <w:p w14:paraId="0F37769A" w14:textId="77777777" w:rsidR="00DC4B3C" w:rsidRPr="003E1BEF" w:rsidRDefault="00000000">
      <w:pPr>
        <w:pStyle w:val="1"/>
        <w:spacing w:before="280" w:after="140"/>
        <w:rPr>
          <w:lang w:val="ru-RU"/>
        </w:rPr>
      </w:pPr>
      <w:r w:rsidRPr="003E1BEF">
        <w:rPr>
          <w:rFonts w:ascii="Calibri" w:hAnsi="Calibri"/>
          <w:color w:val="0875E2"/>
          <w:sz w:val="30"/>
          <w:lang w:val="ru-RU"/>
        </w:rPr>
        <w:lastRenderedPageBreak/>
        <w:t>Форма 2. Об уточнении персональных данных (ст. 21)</w:t>
      </w:r>
    </w:p>
    <w:p w14:paraId="02F05D67" w14:textId="77777777" w:rsid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В ООО «РЕВАТОР»</w:t>
      </w:r>
    </w:p>
    <w:p w14:paraId="5DCDB00F" w14:textId="476B8594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 xml:space="preserve">140070, Московская область, </w:t>
      </w:r>
      <w:proofErr w:type="spellStart"/>
      <w:r w:rsidRPr="003E1BEF">
        <w:rPr>
          <w:lang w:val="ru-RU"/>
        </w:rPr>
        <w:t>г.о</w:t>
      </w:r>
      <w:proofErr w:type="spellEnd"/>
      <w:r w:rsidRPr="003E1BEF">
        <w:rPr>
          <w:lang w:val="ru-RU"/>
        </w:rPr>
        <w:t xml:space="preserve">. Люберцы, </w:t>
      </w:r>
      <w:proofErr w:type="spellStart"/>
      <w:r w:rsidRPr="003E1BEF">
        <w:rPr>
          <w:lang w:val="ru-RU"/>
        </w:rPr>
        <w:t>рп</w:t>
      </w:r>
      <w:proofErr w:type="spellEnd"/>
      <w:r w:rsidRPr="003E1BEF">
        <w:rPr>
          <w:lang w:val="ru-RU"/>
        </w:rPr>
        <w:t xml:space="preserve"> Томилино, ул. Гоголя, д. 39/1А, 2 этаж, офис 225</w:t>
      </w:r>
    </w:p>
    <w:p w14:paraId="36E81F8B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от ______________________________________________ (ФИО полностью)</w:t>
      </w:r>
    </w:p>
    <w:p w14:paraId="020EE726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документ, удостоверяющий личность: серия ____ № __________, выдан «___» ________ ____ г. _______________________________</w:t>
      </w:r>
    </w:p>
    <w:p w14:paraId="10C65381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адрес и контакты для ответа: ______________________________________________</w:t>
      </w:r>
    </w:p>
    <w:p w14:paraId="237E4646" w14:textId="77777777" w:rsidR="00DC4B3C" w:rsidRPr="003E1BEF" w:rsidRDefault="00000000" w:rsidP="003E1BEF">
      <w:pPr>
        <w:spacing w:after="120"/>
        <w:jc w:val="right"/>
        <w:rPr>
          <w:lang w:val="ru-RU"/>
        </w:rPr>
      </w:pPr>
      <w:r w:rsidRPr="003E1BEF">
        <w:rPr>
          <w:lang w:val="ru-RU"/>
        </w:rPr>
        <w:t xml:space="preserve">сведения, подтверждающие отношения с Оператором (№ договора/заказа, период взаимодействия и </w:t>
      </w:r>
      <w:proofErr w:type="gramStart"/>
      <w:r w:rsidRPr="003E1BEF">
        <w:rPr>
          <w:lang w:val="ru-RU"/>
        </w:rPr>
        <w:t>т.п.</w:t>
      </w:r>
      <w:proofErr w:type="gramEnd"/>
      <w:r w:rsidRPr="003E1BEF">
        <w:rPr>
          <w:lang w:val="ru-RU"/>
        </w:rPr>
        <w:t>): ______________________________</w:t>
      </w:r>
    </w:p>
    <w:p w14:paraId="4A340694" w14:textId="77777777" w:rsidR="003E1BEF" w:rsidRDefault="003E1BEF">
      <w:pPr>
        <w:spacing w:after="80"/>
        <w:jc w:val="center"/>
        <w:rPr>
          <w:b/>
          <w:lang w:val="ru-RU"/>
        </w:rPr>
      </w:pPr>
    </w:p>
    <w:p w14:paraId="3E5A9DB5" w14:textId="5A3BFBB4" w:rsidR="00DC4B3C" w:rsidRPr="003E1BEF" w:rsidRDefault="00000000">
      <w:pPr>
        <w:spacing w:after="80"/>
        <w:jc w:val="center"/>
        <w:rPr>
          <w:lang w:val="ru-RU"/>
        </w:rPr>
      </w:pPr>
      <w:r w:rsidRPr="003E1BEF">
        <w:rPr>
          <w:b/>
          <w:lang w:val="ru-RU"/>
        </w:rPr>
        <w:t>ЗАПРОС</w:t>
      </w:r>
    </w:p>
    <w:p w14:paraId="3560FE06" w14:textId="77777777" w:rsidR="00DC4B3C" w:rsidRPr="003E1BEF" w:rsidRDefault="00000000">
      <w:pPr>
        <w:spacing w:after="160"/>
        <w:jc w:val="both"/>
        <w:rPr>
          <w:lang w:val="ru-RU"/>
        </w:rPr>
      </w:pPr>
      <w:r w:rsidRPr="003E1BEF">
        <w:rPr>
          <w:lang w:val="ru-RU"/>
        </w:rPr>
        <w:t>В связи с тем, что мои персональные данные являются неполными/устаревшими/неточными (нужное подчеркнуть), прошу уточнить следующие персональные данные: ____________________, указав правильные значения: ____________________.</w:t>
      </w:r>
    </w:p>
    <w:p w14:paraId="64FDFAC7" w14:textId="1FD9F2E1" w:rsidR="003E1BEF" w:rsidRDefault="00000000">
      <w:pPr>
        <w:spacing w:after="240"/>
        <w:jc w:val="both"/>
        <w:rPr>
          <w:lang w:val="ru-RU"/>
        </w:rPr>
      </w:pPr>
      <w:r w:rsidRPr="003E1BEF">
        <w:rPr>
          <w:lang w:val="ru-RU"/>
        </w:rPr>
        <w:t>«___» __________ 20___ г.        __________________ / __________________</w:t>
      </w:r>
    </w:p>
    <w:p w14:paraId="074752E5" w14:textId="77777777" w:rsidR="003E1BEF" w:rsidRDefault="003E1BEF">
      <w:pPr>
        <w:rPr>
          <w:lang w:val="ru-RU"/>
        </w:rPr>
      </w:pPr>
      <w:r>
        <w:rPr>
          <w:lang w:val="ru-RU"/>
        </w:rPr>
        <w:br w:type="page"/>
      </w:r>
    </w:p>
    <w:p w14:paraId="7E8A92E2" w14:textId="77777777" w:rsidR="00DC4B3C" w:rsidRPr="003E1BEF" w:rsidRDefault="00000000">
      <w:pPr>
        <w:pStyle w:val="1"/>
        <w:spacing w:before="280" w:after="140"/>
        <w:rPr>
          <w:lang w:val="ru-RU"/>
        </w:rPr>
      </w:pPr>
      <w:r w:rsidRPr="003E1BEF">
        <w:rPr>
          <w:rFonts w:ascii="Calibri" w:hAnsi="Calibri"/>
          <w:color w:val="0875E2"/>
          <w:sz w:val="30"/>
          <w:lang w:val="ru-RU"/>
        </w:rPr>
        <w:lastRenderedPageBreak/>
        <w:t>Форма 3. Об уничтожении/блокировании (ст. 21)</w:t>
      </w:r>
    </w:p>
    <w:p w14:paraId="0EB40C3F" w14:textId="77777777" w:rsid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В ООО «РЕВАТОР»</w:t>
      </w:r>
    </w:p>
    <w:p w14:paraId="2531EC34" w14:textId="1A4CC87C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 xml:space="preserve">140070, Московская область, </w:t>
      </w:r>
      <w:proofErr w:type="spellStart"/>
      <w:r w:rsidRPr="003E1BEF">
        <w:rPr>
          <w:lang w:val="ru-RU"/>
        </w:rPr>
        <w:t>г.о</w:t>
      </w:r>
      <w:proofErr w:type="spellEnd"/>
      <w:r w:rsidRPr="003E1BEF">
        <w:rPr>
          <w:lang w:val="ru-RU"/>
        </w:rPr>
        <w:t xml:space="preserve">. Люберцы, </w:t>
      </w:r>
      <w:proofErr w:type="spellStart"/>
      <w:r w:rsidRPr="003E1BEF">
        <w:rPr>
          <w:lang w:val="ru-RU"/>
        </w:rPr>
        <w:t>рп</w:t>
      </w:r>
      <w:proofErr w:type="spellEnd"/>
      <w:r w:rsidRPr="003E1BEF">
        <w:rPr>
          <w:lang w:val="ru-RU"/>
        </w:rPr>
        <w:t xml:space="preserve"> Томилино, ул. Гоголя, д. 39/1А, 2 этаж, офис 225</w:t>
      </w:r>
    </w:p>
    <w:p w14:paraId="073F435D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от ______________________________________________ (ФИО полностью)</w:t>
      </w:r>
    </w:p>
    <w:p w14:paraId="2107EA4E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документ, удостоверяющий личность: серия ____ № __________, выдан «___» ________ ____ г. _______________________________</w:t>
      </w:r>
    </w:p>
    <w:p w14:paraId="47B4698F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адрес и контакты для ответа: ______________________________________________</w:t>
      </w:r>
    </w:p>
    <w:p w14:paraId="6F4267C4" w14:textId="77777777" w:rsidR="00DC4B3C" w:rsidRPr="003E1BEF" w:rsidRDefault="00000000" w:rsidP="003E1BEF">
      <w:pPr>
        <w:spacing w:after="120"/>
        <w:jc w:val="right"/>
        <w:rPr>
          <w:lang w:val="ru-RU"/>
        </w:rPr>
      </w:pPr>
      <w:r w:rsidRPr="003E1BEF">
        <w:rPr>
          <w:lang w:val="ru-RU"/>
        </w:rPr>
        <w:t xml:space="preserve">сведения, подтверждающие отношения с Оператором (№ договора/заказа, период взаимодействия и </w:t>
      </w:r>
      <w:proofErr w:type="gramStart"/>
      <w:r w:rsidRPr="003E1BEF">
        <w:rPr>
          <w:lang w:val="ru-RU"/>
        </w:rPr>
        <w:t>т.п.</w:t>
      </w:r>
      <w:proofErr w:type="gramEnd"/>
      <w:r w:rsidRPr="003E1BEF">
        <w:rPr>
          <w:lang w:val="ru-RU"/>
        </w:rPr>
        <w:t>): ______________________________</w:t>
      </w:r>
    </w:p>
    <w:p w14:paraId="4EBB5227" w14:textId="77777777" w:rsidR="003E1BEF" w:rsidRDefault="003E1BEF">
      <w:pPr>
        <w:spacing w:after="80"/>
        <w:jc w:val="center"/>
        <w:rPr>
          <w:b/>
          <w:lang w:val="ru-RU"/>
        </w:rPr>
      </w:pPr>
    </w:p>
    <w:p w14:paraId="6193BBB8" w14:textId="48ED329B" w:rsidR="00DC4B3C" w:rsidRPr="003E1BEF" w:rsidRDefault="00000000">
      <w:pPr>
        <w:spacing w:after="80"/>
        <w:jc w:val="center"/>
        <w:rPr>
          <w:lang w:val="ru-RU"/>
        </w:rPr>
      </w:pPr>
      <w:r w:rsidRPr="003E1BEF">
        <w:rPr>
          <w:b/>
          <w:lang w:val="ru-RU"/>
        </w:rPr>
        <w:t>ЗАПРОС</w:t>
      </w:r>
    </w:p>
    <w:p w14:paraId="7B9562DF" w14:textId="77777777" w:rsidR="00DC4B3C" w:rsidRPr="003E1BEF" w:rsidRDefault="00000000">
      <w:pPr>
        <w:spacing w:after="160"/>
        <w:jc w:val="both"/>
        <w:rPr>
          <w:lang w:val="ru-RU"/>
        </w:rPr>
      </w:pPr>
      <w:r w:rsidRPr="003E1BEF">
        <w:rPr>
          <w:lang w:val="ru-RU"/>
        </w:rPr>
        <w:t>Прошу уничтожить/блокировать (нужное подчеркнуть) мои персональные данные: ____________________, поскольку они получены незаконно / не являются необходимыми для заявленной цели обработки (нужное подчеркнуть).</w:t>
      </w:r>
    </w:p>
    <w:p w14:paraId="2CFF0DD5" w14:textId="77777777" w:rsidR="00DC4B3C" w:rsidRPr="003E1BEF" w:rsidRDefault="00000000">
      <w:pPr>
        <w:spacing w:after="240"/>
        <w:jc w:val="both"/>
        <w:rPr>
          <w:lang w:val="ru-RU"/>
        </w:rPr>
      </w:pPr>
      <w:r w:rsidRPr="003E1BEF">
        <w:rPr>
          <w:lang w:val="ru-RU"/>
        </w:rPr>
        <w:t>«___» __________ 20___ г.        __________________ / __________________</w:t>
      </w:r>
    </w:p>
    <w:p w14:paraId="03423D73" w14:textId="77777777" w:rsidR="003E1BEF" w:rsidRDefault="003E1BEF">
      <w:pPr>
        <w:rPr>
          <w:rFonts w:eastAsiaTheme="majorEastAsia" w:cstheme="majorBidi"/>
          <w:b/>
          <w:bCs/>
          <w:color w:val="0875E2"/>
          <w:sz w:val="30"/>
          <w:szCs w:val="28"/>
          <w:lang w:val="ru-RU"/>
        </w:rPr>
      </w:pPr>
      <w:r>
        <w:rPr>
          <w:color w:val="0875E2"/>
          <w:sz w:val="30"/>
          <w:lang w:val="ru-RU"/>
        </w:rPr>
        <w:br w:type="page"/>
      </w:r>
    </w:p>
    <w:p w14:paraId="4FC271C7" w14:textId="5643D4A9" w:rsidR="00DC4B3C" w:rsidRPr="003E1BEF" w:rsidRDefault="00000000">
      <w:pPr>
        <w:pStyle w:val="1"/>
        <w:spacing w:before="280" w:after="140"/>
        <w:rPr>
          <w:lang w:val="ru-RU"/>
        </w:rPr>
      </w:pPr>
      <w:r w:rsidRPr="003E1BEF">
        <w:rPr>
          <w:rFonts w:ascii="Calibri" w:hAnsi="Calibri"/>
          <w:color w:val="0875E2"/>
          <w:sz w:val="30"/>
          <w:lang w:val="ru-RU"/>
        </w:rPr>
        <w:lastRenderedPageBreak/>
        <w:t>Форма 4. Отзыв согласия на обработку (ч. 2 ст. 9)</w:t>
      </w:r>
    </w:p>
    <w:p w14:paraId="3E164ABE" w14:textId="77777777" w:rsid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В ООО «РЕВАТОР»</w:t>
      </w:r>
    </w:p>
    <w:p w14:paraId="7193D17B" w14:textId="3AEA0032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 xml:space="preserve">140070, Московская область, </w:t>
      </w:r>
      <w:proofErr w:type="spellStart"/>
      <w:r w:rsidRPr="003E1BEF">
        <w:rPr>
          <w:lang w:val="ru-RU"/>
        </w:rPr>
        <w:t>г.о</w:t>
      </w:r>
      <w:proofErr w:type="spellEnd"/>
      <w:r w:rsidRPr="003E1BEF">
        <w:rPr>
          <w:lang w:val="ru-RU"/>
        </w:rPr>
        <w:t xml:space="preserve">. Люберцы, </w:t>
      </w:r>
      <w:proofErr w:type="spellStart"/>
      <w:r w:rsidRPr="003E1BEF">
        <w:rPr>
          <w:lang w:val="ru-RU"/>
        </w:rPr>
        <w:t>рп</w:t>
      </w:r>
      <w:proofErr w:type="spellEnd"/>
      <w:r w:rsidRPr="003E1BEF">
        <w:rPr>
          <w:lang w:val="ru-RU"/>
        </w:rPr>
        <w:t xml:space="preserve"> Томилино, ул. Гоголя, д. 39/1А, 2 этаж, офис 225</w:t>
      </w:r>
    </w:p>
    <w:p w14:paraId="4ED854FE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от ______________________________________________ (ФИО полностью)</w:t>
      </w:r>
    </w:p>
    <w:p w14:paraId="5C41711C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документ, удостоверяющий личность: серия ____ № __________, выдан «___» ________ ____ г. _______________________________</w:t>
      </w:r>
    </w:p>
    <w:p w14:paraId="559D1B08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адрес и контакты для ответа: ______________________________________________</w:t>
      </w:r>
    </w:p>
    <w:p w14:paraId="0722F646" w14:textId="77777777" w:rsidR="00DC4B3C" w:rsidRPr="003E1BEF" w:rsidRDefault="00000000" w:rsidP="003E1BEF">
      <w:pPr>
        <w:spacing w:after="120"/>
        <w:jc w:val="right"/>
        <w:rPr>
          <w:lang w:val="ru-RU"/>
        </w:rPr>
      </w:pPr>
      <w:r w:rsidRPr="003E1BEF">
        <w:rPr>
          <w:lang w:val="ru-RU"/>
        </w:rPr>
        <w:t xml:space="preserve">сведения, подтверждающие отношения с Оператором (№ договора/заказа, период взаимодействия и </w:t>
      </w:r>
      <w:proofErr w:type="gramStart"/>
      <w:r w:rsidRPr="003E1BEF">
        <w:rPr>
          <w:lang w:val="ru-RU"/>
        </w:rPr>
        <w:t>т.п.</w:t>
      </w:r>
      <w:proofErr w:type="gramEnd"/>
      <w:r w:rsidRPr="003E1BEF">
        <w:rPr>
          <w:lang w:val="ru-RU"/>
        </w:rPr>
        <w:t>): ______________________________</w:t>
      </w:r>
    </w:p>
    <w:p w14:paraId="268A2701" w14:textId="77777777" w:rsidR="003E1BEF" w:rsidRDefault="003E1BEF">
      <w:pPr>
        <w:spacing w:after="80"/>
        <w:jc w:val="center"/>
        <w:rPr>
          <w:b/>
          <w:lang w:val="ru-RU"/>
        </w:rPr>
      </w:pPr>
    </w:p>
    <w:p w14:paraId="634E9246" w14:textId="2C467884" w:rsidR="00DC4B3C" w:rsidRPr="003E1BEF" w:rsidRDefault="00000000">
      <w:pPr>
        <w:spacing w:after="80"/>
        <w:jc w:val="center"/>
        <w:rPr>
          <w:lang w:val="ru-RU"/>
        </w:rPr>
      </w:pPr>
      <w:r w:rsidRPr="003E1BEF">
        <w:rPr>
          <w:b/>
          <w:lang w:val="ru-RU"/>
        </w:rPr>
        <w:t>ЗАПРОС</w:t>
      </w:r>
    </w:p>
    <w:p w14:paraId="584E8622" w14:textId="77777777" w:rsidR="00DC4B3C" w:rsidRPr="003E1BEF" w:rsidRDefault="00000000">
      <w:pPr>
        <w:spacing w:after="160"/>
        <w:jc w:val="both"/>
        <w:rPr>
          <w:lang w:val="ru-RU"/>
        </w:rPr>
      </w:pPr>
      <w:r w:rsidRPr="003E1BEF">
        <w:rPr>
          <w:lang w:val="ru-RU"/>
        </w:rPr>
        <w:t>Отзываю данное мной согласие на обработку моих персональных данных (в том числе, если применимо, согласие на получение рекламных сообщений от «___» ________ ____ г.). Прошу прекратить обработку персональных данных, осуществляемую на основании согласия, и уничтожить их в установленный законом срок, если отсутствуют иные правовые основания обработки.</w:t>
      </w:r>
    </w:p>
    <w:p w14:paraId="577CA61C" w14:textId="77777777" w:rsidR="00DC4B3C" w:rsidRPr="003E1BEF" w:rsidRDefault="00000000">
      <w:pPr>
        <w:spacing w:after="240"/>
        <w:jc w:val="both"/>
        <w:rPr>
          <w:lang w:val="ru-RU"/>
        </w:rPr>
      </w:pPr>
      <w:r w:rsidRPr="003E1BEF">
        <w:rPr>
          <w:lang w:val="ru-RU"/>
        </w:rPr>
        <w:t>«___» __________ 20___ г.        __________________ / __________________</w:t>
      </w:r>
    </w:p>
    <w:p w14:paraId="61BFED29" w14:textId="77777777" w:rsidR="003E1BEF" w:rsidRDefault="003E1BEF">
      <w:pPr>
        <w:rPr>
          <w:rFonts w:eastAsiaTheme="majorEastAsia" w:cstheme="majorBidi"/>
          <w:b/>
          <w:bCs/>
          <w:color w:val="0875E2"/>
          <w:sz w:val="30"/>
          <w:szCs w:val="28"/>
          <w:lang w:val="ru-RU"/>
        </w:rPr>
      </w:pPr>
      <w:r>
        <w:rPr>
          <w:color w:val="0875E2"/>
          <w:sz w:val="30"/>
          <w:lang w:val="ru-RU"/>
        </w:rPr>
        <w:br w:type="page"/>
      </w:r>
    </w:p>
    <w:p w14:paraId="63FD5F41" w14:textId="1F3C2764" w:rsidR="00DC4B3C" w:rsidRPr="003E1BEF" w:rsidRDefault="00000000">
      <w:pPr>
        <w:pStyle w:val="1"/>
        <w:spacing w:before="280" w:after="140"/>
        <w:rPr>
          <w:lang w:val="ru-RU"/>
        </w:rPr>
      </w:pPr>
      <w:r w:rsidRPr="003E1BEF">
        <w:rPr>
          <w:rFonts w:ascii="Calibri" w:hAnsi="Calibri"/>
          <w:color w:val="0875E2"/>
          <w:sz w:val="30"/>
          <w:lang w:val="ru-RU"/>
        </w:rPr>
        <w:lastRenderedPageBreak/>
        <w:t>Форма 5. Требование о прекращении обработки (ч. 5.1 ст. 21)</w:t>
      </w:r>
    </w:p>
    <w:p w14:paraId="28B8AA7F" w14:textId="77777777" w:rsid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В ООО «РЕВАТОР»</w:t>
      </w:r>
    </w:p>
    <w:p w14:paraId="0A3C2DB6" w14:textId="147D5F2B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 xml:space="preserve">140070, Московская область, </w:t>
      </w:r>
      <w:proofErr w:type="spellStart"/>
      <w:r w:rsidRPr="003E1BEF">
        <w:rPr>
          <w:lang w:val="ru-RU"/>
        </w:rPr>
        <w:t>г.о</w:t>
      </w:r>
      <w:proofErr w:type="spellEnd"/>
      <w:r w:rsidRPr="003E1BEF">
        <w:rPr>
          <w:lang w:val="ru-RU"/>
        </w:rPr>
        <w:t xml:space="preserve">. Люберцы, </w:t>
      </w:r>
      <w:proofErr w:type="spellStart"/>
      <w:r w:rsidRPr="003E1BEF">
        <w:rPr>
          <w:lang w:val="ru-RU"/>
        </w:rPr>
        <w:t>рп</w:t>
      </w:r>
      <w:proofErr w:type="spellEnd"/>
      <w:r w:rsidRPr="003E1BEF">
        <w:rPr>
          <w:lang w:val="ru-RU"/>
        </w:rPr>
        <w:t xml:space="preserve"> Томилино, ул. Гоголя, д. 39/1А, 2 этаж, офис 225</w:t>
      </w:r>
    </w:p>
    <w:p w14:paraId="41B26493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от ______________________________________________ (ФИО полностью)</w:t>
      </w:r>
    </w:p>
    <w:p w14:paraId="73C943D9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документ, удостоверяющий личность: серия ____ № __________, выдан «___» ________ ____ г. _______________________________</w:t>
      </w:r>
    </w:p>
    <w:p w14:paraId="0B3CE3FB" w14:textId="77777777" w:rsidR="00DC4B3C" w:rsidRPr="003E1BEF" w:rsidRDefault="00000000" w:rsidP="003E1BEF">
      <w:pPr>
        <w:spacing w:after="40"/>
        <w:jc w:val="right"/>
        <w:rPr>
          <w:lang w:val="ru-RU"/>
        </w:rPr>
      </w:pPr>
      <w:r w:rsidRPr="003E1BEF">
        <w:rPr>
          <w:lang w:val="ru-RU"/>
        </w:rPr>
        <w:t>адрес и контакты для ответа: ______________________________________________</w:t>
      </w:r>
    </w:p>
    <w:p w14:paraId="3A02C94F" w14:textId="77777777" w:rsidR="00DC4B3C" w:rsidRPr="003E1BEF" w:rsidRDefault="00000000" w:rsidP="003E1BEF">
      <w:pPr>
        <w:spacing w:after="120"/>
        <w:jc w:val="right"/>
        <w:rPr>
          <w:lang w:val="ru-RU"/>
        </w:rPr>
      </w:pPr>
      <w:r w:rsidRPr="003E1BEF">
        <w:rPr>
          <w:lang w:val="ru-RU"/>
        </w:rPr>
        <w:t xml:space="preserve">сведения, подтверждающие отношения с Оператором (№ договора/заказа, период взаимодействия и </w:t>
      </w:r>
      <w:proofErr w:type="gramStart"/>
      <w:r w:rsidRPr="003E1BEF">
        <w:rPr>
          <w:lang w:val="ru-RU"/>
        </w:rPr>
        <w:t>т.п.</w:t>
      </w:r>
      <w:proofErr w:type="gramEnd"/>
      <w:r w:rsidRPr="003E1BEF">
        <w:rPr>
          <w:lang w:val="ru-RU"/>
        </w:rPr>
        <w:t>): ______________________________</w:t>
      </w:r>
    </w:p>
    <w:p w14:paraId="03682C04" w14:textId="77777777" w:rsidR="003E1BEF" w:rsidRDefault="003E1BEF">
      <w:pPr>
        <w:spacing w:after="80"/>
        <w:jc w:val="center"/>
        <w:rPr>
          <w:b/>
          <w:lang w:val="ru-RU"/>
        </w:rPr>
      </w:pPr>
    </w:p>
    <w:p w14:paraId="17F1AD39" w14:textId="783E26EC" w:rsidR="00DC4B3C" w:rsidRPr="003E1BEF" w:rsidRDefault="00000000">
      <w:pPr>
        <w:spacing w:after="80"/>
        <w:jc w:val="center"/>
        <w:rPr>
          <w:lang w:val="ru-RU"/>
        </w:rPr>
      </w:pPr>
      <w:r w:rsidRPr="003E1BEF">
        <w:rPr>
          <w:b/>
          <w:lang w:val="ru-RU"/>
        </w:rPr>
        <w:t>ЗАПРОС</w:t>
      </w:r>
    </w:p>
    <w:p w14:paraId="2D8F2F29" w14:textId="77777777" w:rsidR="00DC4B3C" w:rsidRPr="003E1BEF" w:rsidRDefault="00000000">
      <w:pPr>
        <w:spacing w:after="160"/>
        <w:jc w:val="both"/>
        <w:rPr>
          <w:lang w:val="ru-RU"/>
        </w:rPr>
      </w:pPr>
      <w:r w:rsidRPr="003E1BEF">
        <w:rPr>
          <w:lang w:val="ru-RU"/>
        </w:rPr>
        <w:t>Требую прекратить обработку моих персональных данных: ____________________. Уведомлён(а), что Оператор прекращает обработку в течение 10 рабочих дней (срок может быть продлён не более чем на 5 рабочих дней), за исключением случаев, когда обработка необходима Оператору на основаниях, предусмотренных 152-ФЗ.</w:t>
      </w:r>
    </w:p>
    <w:p w14:paraId="69110E5C" w14:textId="77777777" w:rsidR="00DC4B3C" w:rsidRDefault="00000000">
      <w:pPr>
        <w:spacing w:after="240"/>
        <w:jc w:val="both"/>
      </w:pPr>
      <w:r>
        <w:t>«___» __________ 20___ г.        __________________ / __________________</w:t>
      </w:r>
    </w:p>
    <w:sectPr w:rsidR="00DC4B3C" w:rsidSect="00034616">
      <w:pgSz w:w="12240" w:h="15840"/>
      <w:pgMar w:top="1077" w:right="1020" w:bottom="107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80012">
    <w:abstractNumId w:val="8"/>
  </w:num>
  <w:num w:numId="2" w16cid:durableId="198133666">
    <w:abstractNumId w:val="6"/>
  </w:num>
  <w:num w:numId="3" w16cid:durableId="953831981">
    <w:abstractNumId w:val="5"/>
  </w:num>
  <w:num w:numId="4" w16cid:durableId="2142576339">
    <w:abstractNumId w:val="4"/>
  </w:num>
  <w:num w:numId="5" w16cid:durableId="2044623788">
    <w:abstractNumId w:val="7"/>
  </w:num>
  <w:num w:numId="6" w16cid:durableId="191189768">
    <w:abstractNumId w:val="3"/>
  </w:num>
  <w:num w:numId="7" w16cid:durableId="986057250">
    <w:abstractNumId w:val="2"/>
  </w:num>
  <w:num w:numId="8" w16cid:durableId="1409383169">
    <w:abstractNumId w:val="1"/>
  </w:num>
  <w:num w:numId="9" w16cid:durableId="903933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5A99"/>
    <w:rsid w:val="0006063C"/>
    <w:rsid w:val="0015074B"/>
    <w:rsid w:val="0029639D"/>
    <w:rsid w:val="00326F90"/>
    <w:rsid w:val="003E1BEF"/>
    <w:rsid w:val="00AA1D8D"/>
    <w:rsid w:val="00B47730"/>
    <w:rsid w:val="00CB0664"/>
    <w:rsid w:val="00DC4B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33268C"/>
  <w14:defaultImageDpi w14:val="300"/>
  <w15:docId w15:val="{D55B8ADA-8FA3-5342-AE15-3C15305C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Calibri" w:eastAsia="Calibri" w:hAnsi="Calibri"/>
      <w:color w:val="222222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3E1BEF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3E1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revato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568</Words>
  <Characters>4442</Characters>
  <Application>Microsoft Office Word</Application>
  <DocSecurity>0</DocSecurity>
  <Lines>80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Владислав Прозоров</cp:lastModifiedBy>
  <cp:revision>2</cp:revision>
  <dcterms:created xsi:type="dcterms:W3CDTF">2013-12-23T23:15:00Z</dcterms:created>
  <dcterms:modified xsi:type="dcterms:W3CDTF">2026-08-31T13:34:00Z</dcterms:modified>
  <cp:category/>
</cp:coreProperties>
</file>